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יישוב כפרי לעומת 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בצפיפות אוכלוסייה, תעסוקה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חיים בכפר ובעיר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מאפיינים - כפרי או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יישוב עירוני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כפרים מתאפיינים בשדות, מטעים ורפתות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בערים יש הרבה אנשים בשטח קטן יחסית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גורדי שחקים אופייניים לערים, לא לכפרים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בכפרים יש פחות שירותים ציבוריים זמינים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 חום עירוני קשור לבנייה צפופה שיש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בקהילות קטנות הקשרים החברתיים הדוקים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לסוג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(יישוב עירוני)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(יישוב עירוני)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(יישוב כפרי)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בכפר יש פחות צפיפות ויותר שטחים חקלאיים, בעיר יש יותר בנייה לגובה ויותר תחבורה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ריבוי בניינים, כבישים ואספלט שסופגים חום ולא מאפשרים לו להתפזר כמו בשטח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בית חולים, אוניברסיטה או תיאטרון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יתרונות וחסרונות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צד ויסביר תוך שימוש במאפיינים שנלמדו כמו צפיפות, שירותים, קהילה או תעסוקה. יש לבדוק שימוש נכון במושגים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שדות/מטעים/רפת/צפיפות נמוכה/קהילה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גורדי שחקים/תחבורה ציבורית/צפיפות גבוהה/אי 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חולים/אוניברסיטה/תיאטרון - שירותים הדורשים אוכלוסייה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פתוח: מי מהתלמידים גר בכפר ומי בעיר, ולבקש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ישראל כדי להראות דוגמאות אמיתיות ליישובים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ההתאמה אפשר לבצע בזוגות לפני המעבר לחלק הכתיבה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ובעולם יש סוגים שונים של יישובים - כפריים ועירוניים. לכל סוג יש מאפיינים ייחודיים הקשורים לגודל, לצפיפות, לתעסוקה ולשירותים.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מאפיינים - כפרי או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גורדי שחקים ובנייה לגובה מאפיינים: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שדות, מטעים ורפת ליד הבתים מאפיינים: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רכבת קלה, אוטובוסים ופקקים מאפיינים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חווה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קהילה קטנה שבה כמעט כולם מכירים את כולם מאפיינת: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מטרופולין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צפיפות אוכלוסייה נמוכה מאפיינת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במידה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תופעת אי החום בקיץ קשורה בעיקר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שדות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כפרים קטנים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יש בדרך כלל יותר שטחים חקלאיים מאשר ביישוב עירוני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עירוני הצפיפות גבוהה יותר מאשר ביישוב כפרי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בכפרים קטנים יש בדרך כלל יותר גורדי שחקים מאשר בערים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לפעמים צריך לנסוע מרחק רב כדי להגיע לבית 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חום עירוני הוא תופעה שקורה בעיקר בכפרים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כלל ביישוב קטן האנשים מכירים אחד את השני יותר מאשר בעיר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ביישוב __________ יש בדרך כלל שדות, מטעים ורפת ליד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ביישוב __________ אפשר למצוא גורדי שחקים ובנייה לגובה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לרוב רכבת קלה, אוטובוסים ופקקי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תופעת אי החום בקיץ קשורה ל__________ בגלל הרבה בנייה ואספלט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ביישובים כפריים הצפיפות בדרך כלל __________ מאשר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מאפיין לסוג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גורדי שחקים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רפת ושדות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צפיפות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יישוב עירוני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רכבת קלה ופקקים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יישוב עירוני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 קטנה ומוכרת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יישוב כפרי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הבדלים עיקריים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בערים גדולות נוצרת תופעת אי חום בקיץ?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אחת לשירות שקל יותר למצוא בעיר מאשר בכפר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הייתם מעדיפים לגור בכפר או בעיר? נמקו את בחירתכם תוך הזכרת לפחות שני מאפיינים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מאפיין אחד המייחד יישוב כפרי?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מאפיין אחד המייחד יישוב 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לשירות שקשה יותר למצוא בכפר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או עיר?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