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כפר או עיר?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מאפיינים של יישוב כפרי לעומת יישוב עירוני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הבדלים בצפיפות אוכלוסייה, תעסוקה ושירותים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יתרונות וחסרונות של חיים בכפר ובעיר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מיון מאפיינים - כפרי או עירוני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יישוב עירוני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יישוב כפרי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יישוב עירוני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יישוב כפרי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יישוב כפרי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יישוב עירוני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כפרים מתאפיינים בשדות, מטעים ורפתות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בערים יש הרבה אנשים בשטח קטן יחסית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גורדי שחקים אופייניים לערים, לא לכפרים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בכפרים יש פחות שירותים ציבוריים זמינים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אי חום עירוני קשור לבנייה צפופה שיש בערים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בקהילות קטנות הקשרים החברתיים הדוקים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כפרי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עירוני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נמוכה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מאפיין לסוג היישוב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(יישוב עירוני)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(יישוב כפרי)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(יישוב כפרי)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(יישוב עירוני)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(יישוב כפרי)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חושבים ומנמקים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בכפר יש פחות צפיפות ויותר שטחים חקלאיים, בעיר יש יותר בנייה לגובה ויותר תחבורה ציבורית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בגלל ריבוי בניינים, כבישים ואספלט שסופגים חום ולא מאפשרים לו להתפזר כמו בשטח פתוח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למשל: בית חולים, אוניברסיטה או תיאטרון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יתרונות וחסרונות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יבחר צד ויסביר תוך שימוש במאפיינים שנלמדו כמו צפיפות, שירותים, קהילה או תעסוקה. יש לבדוק שימוש נכון במושגים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שדות/מטעים/רפת/צפיפות נמוכה/קהילה קטנה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גורדי שחקים/תחבורה ציבורית/צפיפות גבוהה/אי חום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בית חולים/אוניברסיטה/תיאטרון - שירותים הדורשים אוכלוסייה גדולה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בדיון פתוח: מי מהתלמידים גר בכפר ומי בעיר, ולבקש דוגמאות אישיות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להשתמש במפת ישראל כדי להראות דוגמאות אמיתיות ליישובים כפריים ועירוניים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את חלק ההתאמה אפשר לבצע בזוגות לפני המעבר לחלק הכתיבה האישי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כפר או עיר?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יישובים קטנים שנקראים כפרים ויש יישובים גדולים שנקראים ערים. בדף הזה נלמד מה ההבדל ביניהם.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יישוב כפרי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מגורים קטן, בדרך כלל עם שדות וחקלאות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יישוב עירוני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מגורים גדול וצפוף עם הרבה בניינים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צפיפות אוכלוסייה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אנשים גרים בשטח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 חום עירוני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תופעה שבה בעיר חם יותר מהסביבה בגלל הבנייה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מגדלים פרות לחלב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גורד שחקים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בניין גבוה מאוד בעיר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חקלאי שבו גדלים עצי פרי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תעסוקה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 העבודה שאנשים עושים ביישוב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מיון מאפיינים - כפרי או עירוני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בניינים גבוהים מאוד - איפה יש כאלה?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יישוב כפרי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יישוב עירוני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באותה 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 מהם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שדות וחקלאות ליד הבית - איפה זה קורה?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יישוב עירוני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יישוב כפרי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עיר גדולה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 מהם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הרבה תחבורה ופקקים - איפה זה קורה?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יישוב כפרי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יישוב עירוני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כפר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חווה חקלאית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מקום קטן שכולם מכירים זה את זה - כפר או עיר?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יישוב עירוני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יישוב כפרי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עיר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מטרופולין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מעט אנשים בשטח גדול - איפה זה קורה?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יישוב עירוני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יישוב כפרי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ערים גדולות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שניהם במידה שווה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חום רב בקיץ בגלל הרבה בניינים ואספלט - איפה זה קורה?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יישוב כפרי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יישוב עירוני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שדות חקלאיים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כפרים קטנים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ביישוב כפרי יש בדרך כלל יותר שטחים חקלאיים מאשר ביישוב עירוני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ביישוב עירוני הצפיפות גבוהה יותר מאשר ביישוב כפרי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בכפרים קטנים יש בדרך כלל יותר גורדי שחקים מאשר בערים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ביישוב כפרי לפעמים צריך לנסוע מרחק רב כדי להגיע לבית חולים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חום עירוני הוא תופעה שקורה בעיקר בכפרים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בדרך כלל ביישוב קטן האנשים מכירים אחד את השני יותר מאשר בעיר גדולה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ביישוב __________ יש בדרך כלל שדות, מטעים ורפת ליד הבתים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ביישוב __________ אפשר למצוא גורדי שחקים ובנייה לגובה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ב__________ יש לרוב רכבת קלה, אוטובוסים ופקקי תנועה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תופעת אי החום בקיץ קשורה ל__________ בגלל הרבה בנייה ואספלט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ביישובים כפריים הצפיפות בדרך כלל __________ מאשר בעיר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מאפיין לסוג היישוב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גורדי שחקים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יישוב כפרי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רפת ושדות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יישוב עירוני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צפיפות נמוכה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יישוב כפרי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רכבת קלה ופקקים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יישוב עירוני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קהילה קטנה ומוכרת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יישוב כפרי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חושבים ומנמקים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מהם שני הבדלים עיקריים בין יישוב כפרי ליישוב עירוני?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בערים גדולות נוצרת תופעת אי חום בקיץ?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תנו דוגמה אחת לשירות שקל יותר למצוא בעיר מאשר בכפר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יתרונות וחסרונות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האם הייתם מעדיפים לגור בכפר או בעיר? נמקו את בחירתכם תוך הזכרת לפחות שני מאפיינים מהדף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מאפיין אחד המייחד יישוב כפרי?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מאפיין אחד המייחד יישוב עירוני?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לשירות שקשה יותר למצוא בכפר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כפר או עיר?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