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או עיר?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מאפיינים של יישוב כפרי לעומת יישוב עירוני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בצפיפות אוכלוסייה, תעסוקה ושירותים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יתרונות וחסרונות של חיים בכפר ובעיר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מאפיינים - כפרי או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יישוב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יישוב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יישוב עירוני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כפרים מתאפיינים בשדות, מטעים ורפתות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בערים יש הרבה אנשים בשטח קטן יחסית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גורדי שחקים אופייניים לערים, לא לכפרים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מאפיין לסוג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(יישוב עירוני)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(יישוב כפרי)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(יישוב כפרי)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(יישוב עירוני)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בכפר יש פחות צפיפות ויותר שטחים חקלאיים, בעיר יש יותר בנייה לגובה ויותר תחבורה ציבורית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בית חולים, אוניברסיטה או תיאטרון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יתרונות וחסרונות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צד ויסביר תוך שימוש במאפיינים שנלמדו כמו צפיפות, שירותים, קהילה או תעסוקה. יש לבדוק שימוש נכון במושגים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שדות/מטעים/רפת/צפיפות נמוכה/קהילה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גורדי שחקים/תחבורה ציבורית/צפיפות גבוהה/אי 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חולים/אוניברסיטה/תיאטרון - שירותים הדורשים אוכלוסייה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בדיון פתוח: מי מהתלמידים גר בכפר ומי בעיר, ולבקש דוגמאות 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במפת ישראל כדי להראות דוגמאות אמיתיות ליישובים כפריים ועירוניים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חלק ההתאמה אפשר לבצע בזוגות לפני המעבר לחלק הכתיבה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או עיר?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בישראל ובעולם יש סוגים שונים של יישובים - כפריים ועירוניים. לכל סוג יש מאפיינים ייחודיים הקשורים לגודל, לצפיפות, לתעסוקה ולשירותים.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עירוני  ·  כפרי  ·  עיר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מיון מאפיינים - כפרי או עירוני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גורדי שחקים ובנייה לגובה מאפיינים: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שניהם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שדות, מטעים ורפת ליד הבתים מאפיינים: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עיר גדולה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רכבת קלה, אוטובוסים ופקקים מאפיינים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כפר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ביישוב כפרי יש בדרך כלל יותר שטחים חקלאיים מאשר ביישוב עירוני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ביישוב עירוני הצפיפות גבוהה יותר מאשר ביישוב כפרי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בכפרים קטנים יש בדרך כלל יותר גורדי שחקים מאשר בערים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ביישוב __________ יש בדרך כלל שדות, מטעים ורפת ליד הבתים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ביישוב __________ אפשר למצוא גורדי שחקים ובנייה לגובה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ב__________ יש לרוב רכבת קלה, אוטובוסים ופקקי תנועה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מאפיין לסוג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גורדי שחקים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יישוב כפרי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רפת ושדות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יישוב כפרי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צפיפות נמוכה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יישוב עירוני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רכבת קלה ופקקים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יישוב עירוני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חושבים ומנמקים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שני הבדלים עיקריים בין יישוב כפרי ליישוב עירוני?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תנו דוגמה אחת לשירות שקל יותר למצוא בעיר מאשר בכפר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יתרונות וחסרונות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האם הייתם מעדיפים לגור בכפר או בעיר? נמקו את בחירתכם תוך הזכרת לפחות שני מאפיינים מהדף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מאפיין אחד המייחד יישוב כפרי?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מאפיין אחד המייחד יישוב עירוני?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כפר או עיר?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